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5 linkbuildingblogs met stockfoto's</w:t>
      </w:r>
    </w:p>
    <w:p>
      <w:r>
        <w:t>Opzet per blog: Blognummer, Website, Stockfoto en Tekst.</w:t>
      </w:r>
    </w:p>
    <w:p>
      <w:pPr>
        <w:pStyle w:val="Heading1"/>
      </w:pPr>
      <w:r>
        <w:t>Blog1</w:t>
      </w:r>
    </w:p>
    <w:p>
      <w:r>
        <w:rPr>
          <w:b/>
        </w:rPr>
        <w:t xml:space="preserve">Website: </w:t>
      </w:r>
      <w:hyperlink r:id="rId9">
        <w:r>
          <w:rPr>
            <w:color w:val="0563C1"/>
            <w:u w:val="single"/>
          </w:rPr>
          <w:t>https://www.switsjkinderkleding.nl/</w:t>
        </w:r>
      </w:hyperlink>
    </w:p>
    <w:p>
      <w:r>
        <w:rPr>
          <w:b/>
        </w:rPr>
        <w:t xml:space="preserve">Stockfoto: </w:t>
      </w:r>
      <w:hyperlink r:id="rId10">
        <w:r>
          <w:rPr>
            <w:color w:val="0563C1"/>
            <w:u w:val="single"/>
          </w:rPr>
          <w:t>https://www.pexels.com/search/kids%20soccer%20training/</w:t>
        </w:r>
      </w:hyperlink>
    </w:p>
    <w:p>
      <w:r>
        <w:rPr>
          <w:b/>
        </w:rPr>
        <w:t>TEKST</w:t>
      </w:r>
    </w:p>
    <w:p>
      <w:pPr>
        <w:pStyle w:val="Heading1"/>
      </w:pPr>
      <w:r>
        <w:t>Waarom een goed trainingsshirt belangrijk is voor sportende kinderen</w:t>
      </w:r>
    </w:p>
    <w:p>
      <w:r>
        <w:t>Kinderen bewegen veel, zeker tijdens sporttrainingen. Rennen, springen, draaien en zweten horen erbij. Goede sportkleding helpt daarbij meer dan vaak wordt gedacht. Een trainingsshirt moet comfortabel zitten, voldoende bewegingsvrijheid bieden en bestand zijn tegen intensief gebruik. Voor sportende kinderen is dat belangrijk, omdat kleding die knelt, schuurt of te warm wordt al snel afleidt van het plezier in bewegen.</w:t>
      </w:r>
    </w:p>
    <w:p>
      <w:r>
        <w:t>Voor ouders en sportclubs is het daarom verstandig om niet alleen naar kleur of prijs te kijken. Een goed shirt ondersteunt het kind tijdens de training en draagt bij aan comfort, herkenbaarheid en teamgevoel. Zeker bij jeugdteams, sportdagen en verenigingen speelt kleding een praktische én sociale rol.</w:t>
      </w:r>
    </w:p>
    <w:p>
      <w:pPr>
        <w:pStyle w:val="Heading2"/>
      </w:pPr>
      <w:r>
        <w:t>Bewegingsvrijheid tijdens iedere training</w:t>
      </w:r>
    </w:p>
    <w:p>
      <w:r>
        <w:t>Kinderen sporten op een andere manier dan volwassenen. Ze bewegen vaak explosief, wisselen snel van richting en zijn voortdurend actief. Een trainingsshirt moet die bewegingen kunnen volgen. Als een shirt te strak zit rond de schouders of te ruim valt bij het rennen, kan dat storend zijn.</w:t>
      </w:r>
    </w:p>
    <w:p>
      <w:r>
        <w:t>De pasvorm is daarom belangrijk. Een goed sportshirt sluit prettig aan, maar laat genoeg ruimte om vrij te bewegen. Ook de lengte van het shirt speelt mee. Het moet niet steeds omhoog kruipen tijdens oefeningen, maar ook niet zo lang zijn dat het in de weg zit.</w:t>
      </w:r>
    </w:p>
    <w:p>
      <w:r>
        <w:t>Bij teamsporten zoals voetbal, handbal, hockey en volleybal is bewegingsvrijheid extra belangrijk. Kinderen moeten kunnen focussen op balgevoel, techniek en samenwerking, niet op kleding die niet prettig zit.</w:t>
      </w:r>
    </w:p>
    <w:p>
      <w:pPr>
        <w:pStyle w:val="Heading2"/>
      </w:pPr>
      <w:r>
        <w:t>Ademend materiaal voorkomt ongemak</w:t>
      </w:r>
    </w:p>
    <w:p>
      <w:r>
        <w:t>Tijdens sport komt warmte vrij en gaan kinderen zweten. Een katoenen shirt kan dan zwaar en nat worden, waardoor het oncomfortabel aanvoelt. Moderne trainingsshirts zijn vaak gemaakt van materialen die vocht beter afvoeren. Daardoor blijft het shirt lichter en droger tijdens inspanning.</w:t>
      </w:r>
    </w:p>
    <w:p>
      <w:r>
        <w:t>Voor kinderen is dit prettig, omdat zij minder snel afkoelen na een intensieve oefening of wedstrijdvorm. Ook voorkomt goed ademend materiaal dat het shirt aan de huid blijft plakken. Dat maakt sporten comfortabeler, vooral tijdens langere trainingen of warme dagen.</w:t>
      </w:r>
    </w:p>
    <w:p>
      <w:r>
        <w:t>Een goed trainingsshirt is dus niet alleen een kledingstuk, maar een praktisch hulpmiddel bij sportcomfort.</w:t>
      </w:r>
    </w:p>
    <w:p>
      <w:pPr>
        <w:pStyle w:val="Heading2"/>
      </w:pPr>
      <w:r>
        <w:t>Herkenbaarheid en teamgevoel</w:t>
      </w:r>
    </w:p>
    <w:p>
      <w:r>
        <w:t>Sportkleding heeft ook invloed op hoe een team zich presenteert. Wanneer kinderen in dezelfde shirts trainen, ontstaat er herkenbaarheid. Ze voelen zich onderdeel van een groep en trainers kunnen teams of leeftijdscategorieën makkelijker onderscheiden.</w:t>
      </w:r>
    </w:p>
    <w:p>
      <w:r>
        <w:t>Voor sportverenigingen kan uniforme trainingskleding bijdragen aan een verzorgde uitstraling. Dat is niet alleen handig op het veld, maar ook bij toernooien, sportdagen of gezamenlijke clubactiviteiten. Een shirt met clubkleuren, logo of sponsoropdruk zorgt voor een professioneel en vertrouwd beeld.</w:t>
      </w:r>
    </w:p>
    <w:p>
      <w:r>
        <w:t>Teamsportfabriek richt zich op sportkleding voor teams en verenigingen, waarbij uitstraling en functionaliteit samenkomen. Voor jeugdteams is die combinatie waardevol: kleding moet er goed uitzien, maar vooral prettig blijven tijdens intensief gebruik.</w:t>
      </w:r>
    </w:p>
    <w:p>
      <w:pPr>
        <w:pStyle w:val="Heading2"/>
      </w:pPr>
      <w:r>
        <w:t>Praktisch voor ouders en verenigingen</w:t>
      </w:r>
    </w:p>
    <w:p>
      <w:r>
        <w:t>Kinderkleding moet tegen een stootje kunnen. Dat geldt zeker voor sportkleding. Shirts worden vaak meerdere keren per week gedragen, gewassen en opnieuw gebruikt. Modder, gras, zweet en kunstgrasresten horen bij het sportleven. Daarom is duurzaamheid belangrijk.</w:t>
      </w:r>
    </w:p>
    <w:p>
      <w:r>
        <w:t>Een sportclub of ouder doet er goed aan om te letten op:</w:t>
      </w:r>
    </w:p>
    <w:p>
      <w:pPr>
        <w:pStyle w:val="ListBullet"/>
      </w:pPr>
      <w:r>
        <w:t>materiaal dat snel droogt;</w:t>
      </w:r>
    </w:p>
    <w:p>
      <w:pPr>
        <w:pStyle w:val="ListBullet"/>
      </w:pPr>
      <w:r>
        <w:t>stevige naden;</w:t>
      </w:r>
    </w:p>
    <w:p>
      <w:pPr>
        <w:pStyle w:val="ListBullet"/>
      </w:pPr>
      <w:r>
        <w:t>kleurvastheid na vaak wassen;</w:t>
      </w:r>
    </w:p>
    <w:p>
      <w:pPr>
        <w:pStyle w:val="ListBullet"/>
      </w:pPr>
      <w:r>
        <w:t>comfortabele pasvorm;</w:t>
      </w:r>
    </w:p>
    <w:p>
      <w:pPr>
        <w:pStyle w:val="ListBullet"/>
      </w:pPr>
      <w:r>
        <w:t>voldoende maatkeuze;</w:t>
      </w:r>
    </w:p>
    <w:p>
      <w:pPr>
        <w:pStyle w:val="ListBullet"/>
      </w:pPr>
      <w:r>
        <w:t>mogelijkheid tot bedrukking;</w:t>
      </w:r>
    </w:p>
    <w:p>
      <w:pPr>
        <w:pStyle w:val="ListBullet"/>
      </w:pPr>
      <w:r>
        <w:t>eenvoudige nabestelling;</w:t>
      </w:r>
    </w:p>
    <w:p>
      <w:pPr>
        <w:pStyle w:val="ListBullet"/>
      </w:pPr>
      <w:r>
        <w:t>geschiktheid voor binnen- en buitensport.</w:t>
      </w:r>
    </w:p>
    <w:p>
      <w:r>
        <w:t>Vooral bij jeugdteams is maatvoering belangrijk. Kinderen groeien snel en nieuwe teamleden sluiten regelmatig aan. Het is handig wanneer dezelfde shirts later nog verkrijgbaar zijn.</w:t>
      </w:r>
    </w:p>
    <w:p>
      <w:pPr>
        <w:pStyle w:val="Heading2"/>
      </w:pPr>
      <w:r>
        <w:t>Bedrukking maakt sportkleding persoonlijk</w:t>
      </w:r>
    </w:p>
    <w:p>
      <w:r>
        <w:t>Veel teams kiezen ervoor om trainingsshirts te laten bedrukken met een logo, naam of sponsor. Dat maakt de kleding herkenbaar en persoonlijk. Voor kinderen kan een shirt met teamlogo extra motiverend zijn, omdat het voelt alsof zij echt bij de club horen.</w:t>
      </w:r>
    </w:p>
    <w:p>
      <w:r>
        <w:t>De kwaliteit van de bedrukking is daarbij belangrijk. Sportshirts worden vaak gewassen en intensief gedragen. Een bedrukking moet daarom goed hechten en bestand zijn tegen herhaald gebruik. Ook moet het materiaal geschikt zijn voor de gekozen druktechniek.</w:t>
      </w:r>
    </w:p>
    <w:p>
      <w:r>
        <w:t>Een goed bedrukt trainingsshirt combineert uitstraling met praktische kwaliteit. Het shirt blijft herkenbaar, ook na veel trainingen.</w:t>
      </w:r>
    </w:p>
    <w:p>
      <w:pPr>
        <w:pStyle w:val="Heading2"/>
      </w:pPr>
      <w:r>
        <w:t>Sportplezier begint bij comfort</w:t>
      </w:r>
    </w:p>
    <w:p>
      <w:r>
        <w:t>Kinderen moeten zich vrij kunnen bewegen, spelen en ontwikkelen. Sportkleding mag daarbij geen belemmering zijn. Een goed shirt helpt om comfortabel te trainen en draagt bij aan een verzorgde uitstraling van het team.</w:t>
      </w:r>
    </w:p>
    <w:p>
      <w:r>
        <w:t>Een trainingsshirt lijkt misschien een eenvoudige keuze, maar materiaal, pasvorm en duurzaamheid bepalen hoe prettig het in de praktijk wordt gebruikt. Voor ouders, trainers en verenigingen loont het om daar bewust naar te kijken. Goede sportkleding ondersteunt het plezier, de prestaties en het teamgevoel van sportende kinderen.</w:t>
      </w:r>
    </w:p>
    <w:p>
      <w:r>
        <w:br w:type="page"/>
      </w:r>
    </w:p>
    <w:p>
      <w:pPr>
        <w:pStyle w:val="Heading1"/>
      </w:pPr>
      <w:r>
        <w:t>Blog2</w:t>
      </w:r>
    </w:p>
    <w:p>
      <w:r>
        <w:rPr>
          <w:b/>
        </w:rPr>
        <w:t xml:space="preserve">Website: </w:t>
      </w:r>
      <w:hyperlink r:id="rId11">
        <w:r>
          <w:rPr>
            <w:color w:val="0563C1"/>
            <w:u w:val="single"/>
          </w:rPr>
          <w:t>https://www.uwbeste.nl/</w:t>
        </w:r>
      </w:hyperlink>
    </w:p>
    <w:p>
      <w:r>
        <w:rPr>
          <w:b/>
        </w:rPr>
        <w:t xml:space="preserve">Stockfoto: </w:t>
      </w:r>
      <w:hyperlink r:id="rId12">
        <w:r>
          <w:rPr>
            <w:color w:val="0563C1"/>
            <w:u w:val="single"/>
          </w:rPr>
          <w:t>https://www.pexels.com/search/office%20with%20glass%20walls/</w:t>
        </w:r>
      </w:hyperlink>
    </w:p>
    <w:p>
      <w:r>
        <w:rPr>
          <w:b/>
        </w:rPr>
        <w:t>TEKST</w:t>
      </w:r>
    </w:p>
    <w:p>
      <w:pPr>
        <w:pStyle w:val="Heading1"/>
      </w:pPr>
      <w:r>
        <w:t>Systeemwanden maken bedrijfsruimtes flexibel en toekomstbestendig</w:t>
      </w:r>
    </w:p>
    <w:p>
      <w:r>
        <w:t>Een bedrijfspand moet passen bij de manier waarop een organisatie werkt. Dat klinkt vanzelfsprekend, maar in de praktijk verandert die manier van werken regelmatig. Teams groeien, afdelingen verschuiven en hybride werken vraagt om andere ruimtes dan vroeger. Een vaste indeling kan dan al snel beperkend worden. Systeemwanden bieden bedrijven de mogelijkheid om ruimtes professioneel in te delen zonder direct ingrijpend te verbouwen.</w:t>
      </w:r>
    </w:p>
    <w:p>
      <w:r>
        <w:t>Voor ondernemers, facilitair managers en vastgoedeigenaren is een flexibele ruimte-indeling waardevol. Een pand moet niet alleen vandaag goed functioneren, maar ook kunnen meebewegen met toekomstige veranderingen. Wandoplossingen spelen daarin een grotere rol dan vaak wordt gedacht.</w:t>
      </w:r>
    </w:p>
    <w:p>
      <w:pPr>
        <w:pStyle w:val="Heading2"/>
      </w:pPr>
      <w:r>
        <w:t>Waarom flexibiliteit belangrijk is</w:t>
      </w:r>
    </w:p>
    <w:p>
      <w:r>
        <w:t>Bedrijfsruimtes worden zelden jarenlang op dezelfde manier gebruikt. Een open werkvloer kan later behoefte hebben aan extra vergaderruimtes. Een groeiende organisatie heeft misschien meer werkplekken nodig, terwijl een bedrijf met hybride werken juist meer belruimtes, overlegplekken of stilteplekken wil creëren.</w:t>
      </w:r>
    </w:p>
    <w:p>
      <w:r>
        <w:t>Traditionele bouwkundige wanden zijn stevig, maar minder eenvoudig aan te passen. Verplaatsen of verwijderen betekent vaak sloopwerk, stof, nieuwe afwerking en verstoring van het dagelijkse werk. Systeemwanden zijn op dat punt praktischer. Ze zijn modulair opgebouwd en kunnen, afhankelijk van het systeem, efficiënter worden geplaatst of aangepast.</w:t>
      </w:r>
    </w:p>
    <w:p>
      <w:r>
        <w:t>Dat maakt ze interessant voor kantoren, zorglocaties, scholen, showrooms en andere professionele gebouwen.</w:t>
      </w:r>
    </w:p>
    <w:p>
      <w:pPr>
        <w:pStyle w:val="Heading2"/>
      </w:pPr>
      <w:r>
        <w:t>Balans tussen openheid en privacy</w:t>
      </w:r>
    </w:p>
    <w:p>
      <w:r>
        <w:t>Een moderne werkomgeving vraagt om balans. Volledig open kantoren stimuleren contact, maar zorgen ook sneller voor geluidsoverlast en gebrek aan privacy. Gesloten kantoren bieden rust, maar kunnen een ruimte donker of afstandelijk maken.</w:t>
      </w:r>
    </w:p>
    <w:p>
      <w:r>
        <w:t>Met Systeemwanden kan die balans beter worden afgestemd op de functie van de ruimte. Glazen wanden zorgen voor transparantie en licht, terwijl gesloten panelen meer afscherming bieden. Een combinatie van beide wordt vaak toegepast in vergaderruimtes, directiekamers, belruimtes en spreekkamers.</w:t>
      </w:r>
    </w:p>
    <w:p>
      <w:r>
        <w:t>Het voordeel is dat de indeling niet alleen functioneel is, maar ook bijdraagt aan de uitstraling van het pand. Een strakke wandoplossing geeft een professionele indruk aan medewerkers, klanten en bezoekers.</w:t>
      </w:r>
    </w:p>
    <w:p>
      <w:pPr>
        <w:pStyle w:val="Heading2"/>
      </w:pPr>
      <w:r>
        <w:t>Akoestiek en werkcomfort</w:t>
      </w:r>
    </w:p>
    <w:p>
      <w:r>
        <w:t>Bij het indelen van kantoorruimtes wordt vaak eerst gekeken naar het aantal werkplekken. Toch is akoestiek minstens zo belangrijk. Online vergaderingen, telefoongesprekken en overlegmomenten kunnen veel geluid veroorzaken. Wanneer ruimtes onvoldoende zijn afgeschermd, ontstaat sneller onrust.</w:t>
      </w:r>
    </w:p>
    <w:p>
      <w:r>
        <w:t>Systeemwanden kunnen helpen om geluid beter te beheersen, mits de juiste uitvoering wordt gekozen. Daarbij spelen materiaal, glasopbouw, deurdichting en aansluitingen op vloer en plafond een rol. Een wand is pas effectief wanneer het geheel goed is ontworpen en gemonteerd.</w:t>
      </w:r>
    </w:p>
    <w:p>
      <w:r>
        <w:t>Voor bedrijven die veel vertrouwelijke gesprekken voeren, zoals adviesbureaus, zorginstellingen of financiële dienstverleners, is privacy extra belangrijk. Een passende wandoplossing ondersteunt dan niet alleen comfort, maar ook professionaliteit.</w:t>
      </w:r>
    </w:p>
    <w:p>
      <w:pPr>
        <w:pStyle w:val="Heading2"/>
      </w:pPr>
      <w:r>
        <w:t>Praktische voordelen in de afbouw</w:t>
      </w:r>
    </w:p>
    <w:p>
      <w:r>
        <w:t>In de afbouwfase komen veel keuzes samen. Vloeren, plafonds, verlichting, installaties en wanden moeten goed op elkaar aansluiten. Wanneer wandoplossingen vroeg worden meegenomen in het ontwerp, kunnen praktische problemen worden voorkomen.</w:t>
      </w:r>
    </w:p>
    <w:p>
      <w:r>
        <w:t>Obimex is actief binnen afbouw en systeemwanden voor professionele ruimtes. In zulke projecten draait het niet alleen om het plaatsen van wanden, maar ook om materiaalkeuze, maatvoering en bruikbaarheid op lange termijn.</w:t>
      </w:r>
    </w:p>
    <w:p>
      <w:r>
        <w:t>Voor bedrijven zijn de praktische voordelen duidelijk:</w:t>
      </w:r>
    </w:p>
    <w:p>
      <w:pPr>
        <w:pStyle w:val="ListBullet"/>
      </w:pPr>
      <w:r>
        <w:t>snelle en nette plaatsing;</w:t>
      </w:r>
    </w:p>
    <w:p>
      <w:pPr>
        <w:pStyle w:val="ListBullet"/>
      </w:pPr>
      <w:r>
        <w:t>minder overlast dan bij zware verbouwing;</w:t>
      </w:r>
    </w:p>
    <w:p>
      <w:pPr>
        <w:pStyle w:val="ListBullet"/>
      </w:pPr>
      <w:r>
        <w:t>keuze uit glas, panelen of combinaties;</w:t>
      </w:r>
    </w:p>
    <w:p>
      <w:pPr>
        <w:pStyle w:val="ListBullet"/>
      </w:pPr>
      <w:r>
        <w:t>professionele afwerking;</w:t>
      </w:r>
    </w:p>
    <w:p>
      <w:pPr>
        <w:pStyle w:val="ListBullet"/>
      </w:pPr>
      <w:r>
        <w:t>aanpasbaarheid bij veranderend gebruik;</w:t>
      </w:r>
    </w:p>
    <w:p>
      <w:pPr>
        <w:pStyle w:val="ListBullet"/>
      </w:pPr>
      <w:r>
        <w:t>betere verdeling van functies binnen het pand;</w:t>
      </w:r>
    </w:p>
    <w:p>
      <w:pPr>
        <w:pStyle w:val="ListBullet"/>
      </w:pPr>
      <w:r>
        <w:t>behoud van daglicht bij glazen wanden.</w:t>
      </w:r>
    </w:p>
    <w:p>
      <w:r>
        <w:t>Deze voordelen maken systeemwanden geschikt voor zowel nieuwbouw als renovatie.</w:t>
      </w:r>
    </w:p>
    <w:p>
      <w:pPr>
        <w:pStyle w:val="Heading2"/>
      </w:pPr>
      <w:r>
        <w:t>Ook geschikt voor bestaande panden</w:t>
      </w:r>
    </w:p>
    <w:p>
      <w:r>
        <w:t>Niet alleen nieuwe bedrijfspanden profiteren van flexibele wandoplossingen. Juist bestaande panden kunnen met een andere indeling veel beter worden benut. Een grote ruimte kan worden opgesplitst in kleinere werkzones, of een verouderde kantoorindeling kan worden aangepast aan nieuwe werkvormen.</w:t>
      </w:r>
    </w:p>
    <w:p>
      <w:r>
        <w:t>Bij renovatie is het vaak belangrijk om overlast te beperken. Bedrijven willen zo veel mogelijk operationeel blijven. Systeemwanden kunnen dan een praktische oplossing zijn, omdat de montage doorgaans minder ingrijpend is dan traditioneel bouwen.</w:t>
      </w:r>
    </w:p>
    <w:p>
      <w:r>
        <w:t>Ook in huurpanden kan flexibiliteit belangrijk zijn. Een indeling die later eenvoudiger kan worden aangepast, maakt het pand breder inzetbaar.</w:t>
      </w:r>
    </w:p>
    <w:p>
      <w:pPr>
        <w:pStyle w:val="Heading2"/>
      </w:pPr>
      <w:r>
        <w:t>Slim indelen begint met goed nadenken</w:t>
      </w:r>
    </w:p>
    <w:p>
      <w:r>
        <w:t>Wie Systeemwanden wil toepassen, doet er goed aan om vooraf te bepalen hoe ruimtes worden gebruikt. Waar is privacy nodig? Waar moet daglicht behouden blijven? Welke ruimtes moeten akoestisch sterker worden afgeschermd? En hoe kan de indeling later veranderen?</w:t>
      </w:r>
    </w:p>
    <w:p>
      <w:r>
        <w:t>Door deze vragen vooraf te beantwoorden, ontstaat een wandoplossing die niet alleen mooi oogt, maar ook praktisch werkt. Daarmee worden systeemwanden een waardevol onderdeel van toekomstgericht gebouwbeheer.</w:t>
      </w:r>
    </w:p>
    <w:p>
      <w:r>
        <w:t>Een goede bedrijfsruimte ondersteunt de organisatie die erin werkt. Flexibele wandoplossingen helpen om die ruimte beter af te stemmen op de praktijk van vandaag én de veranderingen van morgen.</w:t>
      </w:r>
    </w:p>
    <w:p>
      <w:r>
        <w:br w:type="page"/>
      </w:r>
    </w:p>
    <w:p>
      <w:pPr>
        <w:pStyle w:val="Heading1"/>
      </w:pPr>
      <w:r>
        <w:t>Blog3</w:t>
      </w:r>
    </w:p>
    <w:p>
      <w:r>
        <w:rPr>
          <w:b/>
        </w:rPr>
        <w:t xml:space="preserve">Website: </w:t>
      </w:r>
      <w:hyperlink r:id="rId11">
        <w:r>
          <w:rPr>
            <w:color w:val="0563C1"/>
            <w:u w:val="single"/>
          </w:rPr>
          <w:t>https://www.uwbeste.nl/</w:t>
        </w:r>
      </w:hyperlink>
    </w:p>
    <w:p>
      <w:r>
        <w:rPr>
          <w:b/>
        </w:rPr>
        <w:t xml:space="preserve">Stockfoto: </w:t>
      </w:r>
      <w:hyperlink r:id="rId13">
        <w:r>
          <w:rPr>
            <w:color w:val="0563C1"/>
            <w:u w:val="single"/>
          </w:rPr>
          <w:t>https://www.pexels.com/search/facilities%20management%20office/</w:t>
        </w:r>
      </w:hyperlink>
    </w:p>
    <w:p>
      <w:r>
        <w:rPr>
          <w:b/>
        </w:rPr>
        <w:t>TEKST</w:t>
      </w:r>
    </w:p>
    <w:p>
      <w:pPr>
        <w:pStyle w:val="Heading1"/>
      </w:pPr>
      <w:r>
        <w:t>Facilitair management als basis voor een goed georganiseerde werkomgeving</w:t>
      </w:r>
    </w:p>
    <w:p>
      <w:r>
        <w:t>Een organisatie functioneert beter wanneer de dagelijkse ondersteuning goed is geregeld. Medewerkers hebben een prettige werkplek nodig, bezoekers moeten professioneel worden ontvangen en gebouwen moeten veilig, schoon en bruikbaar blijven. Veel van deze processen gebeuren achter de schermen, maar hun effect is iedere dag merkbaar. Facilitair management zorgt ervoor dat al die onderdelen op elkaar worden afgestemd.</w:t>
      </w:r>
    </w:p>
    <w:p>
      <w:r>
        <w:t>Voor bedrijven draait facilitaire dienstverlening niet alleen om schoonmaak of onderhoud. Het gaat om de samenhang tussen huisvesting, werkplekken, leveranciers, kosten, veiligheid en gebruiksgemak. Wanneer deze zaken goed worden georganiseerd, ontstaat er rust in de bedrijfsvoering.</w:t>
      </w:r>
    </w:p>
    <w:p>
      <w:pPr>
        <w:pStyle w:val="Heading2"/>
      </w:pPr>
      <w:r>
        <w:t>Wat facilitair management precies inhoudt</w:t>
      </w:r>
    </w:p>
    <w:p>
      <w:r>
        <w:t>Facilitair management richt zich op alle ondersteunende processen die nodig zijn om een organisatie goed te laten werken. Denk aan gebouwbeheer, onderhoud, schoonmaak, catering, beveiliging, werkplekbeheer, vergaderruimtes, leverancierscontracten en meldingen.</w:t>
      </w:r>
    </w:p>
    <w:p>
      <w:r>
        <w:t>Zonder duidelijke regie kunnen deze taken versnipperd raken. De ene medewerker regelt een storing, een ander heeft contact met de schoonmaakpartij en weer iemand anders beheert de contracten. Dat kan een tijd goed gaan, maar naarmate een organisatie groeit, ontstaat sneller onduidelijkheid.</w:t>
      </w:r>
    </w:p>
    <w:p>
      <w:r>
        <w:t>Een gestructureerde facilitaire aanpak brengt verantwoordelijkheden, processen en afspraken bij elkaar. Daardoor weten medewerkers waar zij terechtkunnen en krijgen managers beter inzicht in kosten en prestaties.</w:t>
      </w:r>
    </w:p>
    <w:p>
      <w:pPr>
        <w:pStyle w:val="Heading2"/>
      </w:pPr>
      <w:r>
        <w:t>Het gebouw als onderdeel van de organisatie</w:t>
      </w:r>
    </w:p>
    <w:p>
      <w:r>
        <w:t>Een kantoor of bedrijfspand is meer dan een fysieke locatie. Het pand ondersteunt het werk dat er wordt gedaan. Wanneer ruimtes niet logisch zijn ingericht, voorzieningen slecht functioneren of onderhoud achterblijft, heeft dat direct invloed op medewerkers en bezoekers.</w:t>
      </w:r>
    </w:p>
    <w:p>
      <w:r>
        <w:t>Denk aan vergaderruimtes die vaak dubbel geboekt zijn, klimaatklachten, onduidelijke meldprocedures of werkplekken die niet passen bij hybride werken. Dit soort problemen lijken klein, maar kunnen op termijn veel tijd en irritatie veroorzaken.</w:t>
      </w:r>
    </w:p>
    <w:p>
      <w:r>
        <w:t>Goed facilitair management kijkt daarom naar het gebouw als werkmiddel. De vraag is niet alleen of het pand netjes is, maar of het de organisatie daadwerkelijk ondersteunt.</w:t>
      </w:r>
    </w:p>
    <w:p>
      <w:pPr>
        <w:pStyle w:val="Heading2"/>
      </w:pPr>
      <w:r>
        <w:t>Grip op leveranciers en kosten</w:t>
      </w:r>
    </w:p>
    <w:p>
      <w:r>
        <w:t>Veel organisaties werken met meerdere externe partijen. Schoonmaakbedrijven, installateurs, beveiligers, onderhoudspartijen en leveranciers van kantoorvoorzieningen hebben allemaal hun eigen afspraken. Zonder centraal overzicht wordt het lastig om kwaliteit en kosten te bewaken.</w:t>
      </w:r>
    </w:p>
    <w:p>
      <w:r>
        <w:t>Facilitair management helpt om contracten, serviceniveaus en prestaties inzichtelijk te maken. Dat voorkomt dat diensten dubbel worden uitgevoerd, afspraken verouderen of kosten ongemerkt oplopen.</w:t>
      </w:r>
    </w:p>
    <w:p>
      <w:r>
        <w:t>Voor directies en managers is die grip belangrijk. Facilitaire kosten vormen vaak een aanzienlijk onderdeel van de bedrijfsvoering. Door kritisch te kijken naar gebruik, bezetting en leveranciersafspraken kunnen organisaties efficiënter werken zonder dat comfort of veiligheid onder druk komt te staan.</w:t>
      </w:r>
    </w:p>
    <w:p>
      <w:pPr>
        <w:pStyle w:val="Heading2"/>
      </w:pPr>
      <w:r>
        <w:t>Werkcomfort en medewerkerstevredenheid</w:t>
      </w:r>
    </w:p>
    <w:p>
      <w:r>
        <w:t>Een prettige werkomgeving draagt bij aan de manier waarop medewerkers hun werk ervaren. Goede verlichting, een schoon kantoor, voldoende overlegplekken, aangename temperatuur en duidelijke faciliteiten maken het werk eenvoudiger. Andersom kunnen kleine ergernissen veel invloed hebben op de werkdag.</w:t>
      </w:r>
    </w:p>
    <w:p>
      <w:r>
        <w:t>Facilitaire ondersteuning heeft daarom ook een menselijke kant. Het gaat niet alleen om gebouwen en contracten, maar om mensen die prettig en veilig moeten kunnen werken. Zeker bij hybride werken verandert de functie van het kantoor. Het wordt meer een plek voor samenwerking, ontmoeting en overleg.</w:t>
      </w:r>
    </w:p>
    <w:p>
      <w:r>
        <w:t>FMXXL houdt zich bezig met facilitaire dienstverlening en huisvesting. Binnen dat vakgebied is het belangrijk om praktische uitvoering te verbinden met strategisch inzicht. Een organisatie heeft weinig aan losse oplossingen wanneer de totale werkomgeving niet klopt.</w:t>
      </w:r>
    </w:p>
    <w:p>
      <w:pPr>
        <w:pStyle w:val="Heading2"/>
      </w:pPr>
      <w:r>
        <w:t>Wanneer facilitaire regie extra belangrijk wordt</w:t>
      </w:r>
    </w:p>
    <w:p>
      <w:r>
        <w:t>Elke organisatie heeft facilitaire processen, maar sommige situaties vragen om extra aandacht. Bijvoorbeeld wanneer een bedrijf groeit, verhuist, reorganiseert of overstapt op hybride werken. Ook renovaties, kostenbesparingen of klachten over het gebouw kunnen aanleiding zijn om de facilitaire organisatie opnieuw te bekijken.</w:t>
      </w:r>
    </w:p>
    <w:p>
      <w:r>
        <w:t>Belangrijke signalen zijn:</w:t>
      </w:r>
    </w:p>
    <w:p>
      <w:pPr>
        <w:pStyle w:val="ListBullet"/>
      </w:pPr>
      <w:r>
        <w:t>veel losse meldingen zonder duidelijke opvolging;</w:t>
      </w:r>
    </w:p>
    <w:p>
      <w:pPr>
        <w:pStyle w:val="ListBullet"/>
      </w:pPr>
      <w:r>
        <w:t>onduidelijkheid over leveranciersafspraken;</w:t>
      </w:r>
    </w:p>
    <w:p>
      <w:pPr>
        <w:pStyle w:val="ListBullet"/>
      </w:pPr>
      <w:r>
        <w:t>stijgende kosten zonder goed overzicht;</w:t>
      </w:r>
    </w:p>
    <w:p>
      <w:pPr>
        <w:pStyle w:val="ListBullet"/>
      </w:pPr>
      <w:r>
        <w:t>werkplekken die niet aansluiten op gebruik;</w:t>
      </w:r>
    </w:p>
    <w:p>
      <w:pPr>
        <w:pStyle w:val="ListBullet"/>
      </w:pPr>
      <w:r>
        <w:t>klachten over schoonmaak, klimaat of onderhoud;</w:t>
      </w:r>
    </w:p>
    <w:p>
      <w:pPr>
        <w:pStyle w:val="ListBullet"/>
      </w:pPr>
      <w:r>
        <w:t>versnipperde verantwoordelijkheden;</w:t>
      </w:r>
    </w:p>
    <w:p>
      <w:pPr>
        <w:pStyle w:val="ListBullet"/>
      </w:pPr>
      <w:r>
        <w:t>gebrek aan inzicht in ruimtegebruik.</w:t>
      </w:r>
    </w:p>
    <w:p>
      <w:r>
        <w:t>Door deze signalen serieus te nemen, kan een organisatie voorkomen dat kleine problemen structureel worden.</w:t>
      </w:r>
    </w:p>
    <w:p>
      <w:pPr>
        <w:pStyle w:val="Heading2"/>
      </w:pPr>
      <w:r>
        <w:t>Van operationeel naar strategisch</w:t>
      </w:r>
    </w:p>
    <w:p>
      <w:r>
        <w:t>Facilitaire dienstverlening begint vaak operationeel. Er moet iets worden schoongemaakt, gerepareerd of geregeld. Toch kan facilitair management ook strategisch waardevol zijn. Het helpt organisaties nadenken over ruimtegebruik, huisvestingskosten, duurzaamheid, werkplekconcepten en toekomstig gebruik van het pand.</w:t>
      </w:r>
    </w:p>
    <w:p>
      <w:r>
        <w:t>Een goed facilitair beleid sluit aan op de doelen van de organisatie. Groeit het bedrijf? Dan moet de huisvesting daarop voorbereid zijn. Werken medewerkers vaker thuis? Dan verandert de behoefte aan werkplekken. Worden kosten kritisch bekeken? Dan moeten contracten en serviceniveaus helder zijn.</w:t>
      </w:r>
    </w:p>
    <w:p>
      <w:pPr>
        <w:pStyle w:val="Heading2"/>
      </w:pPr>
      <w:r>
        <w:t>Een sterke organisatie begint achter de schermen</w:t>
      </w:r>
    </w:p>
    <w:p>
      <w:r>
        <w:t>Veel facilitaire processen vallen pas op wanneer ze niet goed werken. Juist daarom is structurele aandacht belangrijk. Een schoon, veilig en goed georganiseerd gebouw zorgt voor rust en professionaliteit.</w:t>
      </w:r>
    </w:p>
    <w:p>
      <w:r>
        <w:t>Facilitair management brengt overzicht in diensten, huisvesting, kosten en dagelijkse ondersteuning. Daarmee vormt het een belangrijke basis voor organisaties die efficiënt, prettig en toekomstgericht willen werken.</w:t>
      </w:r>
    </w:p>
    <w:p>
      <w:r>
        <w:br w:type="page"/>
      </w:r>
    </w:p>
    <w:p>
      <w:pPr>
        <w:pStyle w:val="Heading1"/>
      </w:pPr>
      <w:r>
        <w:t>Blog4</w:t>
      </w:r>
    </w:p>
    <w:p>
      <w:r>
        <w:rPr>
          <w:b/>
        </w:rPr>
        <w:t xml:space="preserve">Website: </w:t>
      </w:r>
      <w:hyperlink r:id="rId11">
        <w:r>
          <w:rPr>
            <w:color w:val="0563C1"/>
            <w:u w:val="single"/>
          </w:rPr>
          <w:t>https://www.uwbeste.nl/</w:t>
        </w:r>
      </w:hyperlink>
    </w:p>
    <w:p>
      <w:r>
        <w:rPr>
          <w:b/>
        </w:rPr>
        <w:t xml:space="preserve">Stockfoto: </w:t>
      </w:r>
      <w:hyperlink r:id="rId14">
        <w:r>
          <w:rPr>
            <w:color w:val="0563C1"/>
            <w:u w:val="single"/>
          </w:rPr>
          <w:t>https://www.pexels.com/search/industrial%20fan/</w:t>
        </w:r>
      </w:hyperlink>
    </w:p>
    <w:p>
      <w:r>
        <w:rPr>
          <w:b/>
        </w:rPr>
        <w:t>TEKST</w:t>
      </w:r>
    </w:p>
    <w:p>
      <w:pPr>
        <w:pStyle w:val="Heading1"/>
      </w:pPr>
      <w:r>
        <w:t>ATEX ventilatoren en veilige luchttechniek in risicovolle werkomgevingen</w:t>
      </w:r>
    </w:p>
    <w:p>
      <w:r>
        <w:t>In sommige bedrijfsomgevingen is ventilatie niet alleen belangrijk voor frisse lucht of comfort. Wanneer er gewerkt wordt met brandbare gassen, dampen of stofdeeltjes, kan luchttechniek direct invloed hebben op veiligheid. In zulke situaties zijn standaard ventilatoren niet altijd geschikt. ATEX ventilatoren zijn ontworpen voor omgevingen waar explosiegevaar kan ontstaan en waar installaties aan specifieke veiligheidseisen moeten voldoen.</w:t>
      </w:r>
    </w:p>
    <w:p>
      <w:r>
        <w:t>Voor bedrijven in industrie, chemie, productie, opslag en verwerking is het belangrijk om risico’s goed te beoordelen. Een veilige werkomgeving begint met inzicht in de stoffen waarmee wordt gewerkt en de omstandigheden waarin die stoffen zich kunnen ophopen.</w:t>
      </w:r>
    </w:p>
    <w:p>
      <w:pPr>
        <w:pStyle w:val="Heading2"/>
      </w:pPr>
      <w:r>
        <w:t>Wat ATEX betekent</w:t>
      </w:r>
    </w:p>
    <w:p>
      <w:r>
        <w:t>ATEX verwijst naar Europese richtlijnen voor explosieve atmosferen. Een explosieve atmosfeer kan ontstaan wanneer brandbare stoffen, zuurstof en een ontstekingsbron samenkomen. Dat kan gebeuren bij gassen en dampen, maar ook bij fijne stofdeeltjes, bijvoorbeeld in houtverwerking, voedingsmiddelenproductie of chemische processen.</w:t>
      </w:r>
    </w:p>
    <w:p>
      <w:r>
        <w:t>In zulke omgevingen moeten elektrische en mechanische installaties voldoen aan extra eisen. Een ventilator mag bijvoorbeeld geen vonken veroorzaken en moet geschikt zijn voor de zone waarin hij wordt toegepast. De keuze voor de juiste ventilator hangt af van de risico-indeling, de stof of damp en de omstandigheden in de ruimte.</w:t>
      </w:r>
    </w:p>
    <w:p>
      <w:pPr>
        <w:pStyle w:val="Heading2"/>
      </w:pPr>
      <w:r>
        <w:t>Waarom gewone ventilatoren niet altijd geschikt zijn</w:t>
      </w:r>
    </w:p>
    <w:p>
      <w:r>
        <w:t>Een standaard ventilator is ontworpen om lucht te verplaatsen. In normale situaties is dat voldoende. In een omgeving met explosiegevaar kunnen echter extra risico’s ontstaan. Denk aan vonkvorming, statische elektriciteit, oververhitting of materialen die niet geschikt zijn voor contact met bepaalde stoffen.</w:t>
      </w:r>
    </w:p>
    <w:p>
      <w:r>
        <w:t>ATEX ventilatoren zijn ontwikkeld om deze risico’s te beperken. Ze worden toegepast in installaties waar veilige afvoer of toevoer van lucht noodzakelijk is. Daarbij gaat het niet alleen om de ventilator zelf, maar ook om de juiste plaatsing, aansluiting en onderhoud.</w:t>
      </w:r>
    </w:p>
    <w:p>
      <w:r>
        <w:t>Een verkeerde keuze kan grote gevolgen hebben. Daarom moeten bedrijven altijd kijken naar de volledige installatie en niet alleen naar de capaciteit van de ventilator.</w:t>
      </w:r>
    </w:p>
    <w:p>
      <w:pPr>
        <w:pStyle w:val="Heading2"/>
      </w:pPr>
      <w:r>
        <w:t>Waar ATEX ventilatoren worden toegepast</w:t>
      </w:r>
    </w:p>
    <w:p>
      <w:r>
        <w:t>Explosiegevaar kan in meer sectoren voorkomen dan veel mensen denken. Niet alleen chemische bedrijven hebben ermee te maken. Ook opslagruimtes, spuitcabines, productielijnen en installaties met stofontwikkeling kunnen onder ATEX-regels vallen.</w:t>
      </w:r>
    </w:p>
    <w:p>
      <w:r>
        <w:t>Voorbeelden van toepassingen zijn:</w:t>
      </w:r>
    </w:p>
    <w:p>
      <w:pPr>
        <w:pStyle w:val="ListBullet"/>
      </w:pPr>
      <w:r>
        <w:t>chemische productieomgevingen;</w:t>
      </w:r>
    </w:p>
    <w:p>
      <w:pPr>
        <w:pStyle w:val="ListBullet"/>
      </w:pPr>
      <w:r>
        <w:t>opslag van brandbare stoffen;</w:t>
      </w:r>
    </w:p>
    <w:p>
      <w:pPr>
        <w:pStyle w:val="ListBullet"/>
      </w:pPr>
      <w:r>
        <w:t>spuitcabines en verwerkingsruimtes;</w:t>
      </w:r>
    </w:p>
    <w:p>
      <w:pPr>
        <w:pStyle w:val="ListBullet"/>
      </w:pPr>
      <w:r>
        <w:t>hout- en metaalbewerking;</w:t>
      </w:r>
    </w:p>
    <w:p>
      <w:pPr>
        <w:pStyle w:val="ListBullet"/>
      </w:pPr>
      <w:r>
        <w:t>voedingsmiddelenindustrie met stofvorming;</w:t>
      </w:r>
    </w:p>
    <w:p>
      <w:pPr>
        <w:pStyle w:val="ListBullet"/>
      </w:pPr>
      <w:r>
        <w:t>laboratoria;</w:t>
      </w:r>
    </w:p>
    <w:p>
      <w:pPr>
        <w:pStyle w:val="ListBullet"/>
      </w:pPr>
      <w:r>
        <w:t>acculaadruimtes;</w:t>
      </w:r>
    </w:p>
    <w:p>
      <w:pPr>
        <w:pStyle w:val="ListBullet"/>
      </w:pPr>
      <w:r>
        <w:t>industriële afzuiginstallaties.</w:t>
      </w:r>
    </w:p>
    <w:p>
      <w:r>
        <w:t>In al deze situaties is het belangrijk dat lucht veilig wordt afgevoerd of ververst, zonder dat de installatie zelf een risico vormt.</w:t>
      </w:r>
    </w:p>
    <w:p>
      <w:pPr>
        <w:pStyle w:val="Heading2"/>
      </w:pPr>
      <w:r>
        <w:t>Ventilatie als onderdeel van risicobeheersing</w:t>
      </w:r>
    </w:p>
    <w:p>
      <w:r>
        <w:t>Veilige luchttechniek begint met een goede risicoanalyse. Welke stoffen zijn aanwezig? Hoe groot is de kans op ophoping? Waar bevinden zich mogelijke ontstekingsbronnen? En welke zones gelden binnen het bedrijf? Pas daarna kan worden bepaald welke ventilatieoplossing geschikt is.</w:t>
      </w:r>
    </w:p>
    <w:p>
      <w:r>
        <w:t>Een ventilator kan helpen om gevaarlijke concentraties te beperken, maar is slechts één onderdeel van het veiligheidsplan. Ook detectie, onderhoud, afzuigpunten, kanaalwerk en werkprocedures spelen mee.</w:t>
      </w:r>
    </w:p>
    <w:p>
      <w:r>
        <w:t>WTA Luchttechniek houdt zich bezig met luchttechnische oplossingen voor professionele toepassingen. Bij ATEX-omgevingen is die expertise belangrijk, omdat ventilatie moet worden afgestemd op veiligheid, capaciteit en praktische werking binnen het bedrijf.</w:t>
      </w:r>
    </w:p>
    <w:p>
      <w:pPr>
        <w:pStyle w:val="Heading2"/>
      </w:pPr>
      <w:r>
        <w:t>Onderhoud en controle blijven noodzakelijk</w:t>
      </w:r>
    </w:p>
    <w:p>
      <w:r>
        <w:t>Een veilige installatie vraagt om regelmatig onderhoud. Vuilophoping, slijtage of beschadigde onderdelen kunnen invloed hebben op de werking en veiligheid van een ventilator. Vooral in omgevingen met stof, damp of chemische belasting is periodieke controle belangrijk.</w:t>
      </w:r>
    </w:p>
    <w:p>
      <w:r>
        <w:t>Onderhoud moet zorgvuldig worden uitgevoerd en passen bij de ATEX-classificatie van de installatie. Ook wijzigingen in productieprocessen kunnen gevolgen hebben. Wanneer een bedrijf andere stoffen gaat gebruiken of de indeling van een ruimte verandert, moet opnieuw worden beoordeeld of de ventilatie nog voldoet.</w:t>
      </w:r>
    </w:p>
    <w:p>
      <w:pPr>
        <w:pStyle w:val="Heading2"/>
      </w:pPr>
      <w:r>
        <w:t>Kennis voorkomt verkeerde keuzes</w:t>
      </w:r>
    </w:p>
    <w:p>
      <w:r>
        <w:t>Bij de keuze voor ATEX ventilatoren is alleen kijken naar luchtvolume niet genoeg. De zone-indeling, temperatuurklasse, materiaalkeuze, motoruitvoering en plaatsing zijn allemaal relevant. Ook de combinatie met filters, kanalen en afzuigpunten moet kloppen.</w:t>
      </w:r>
    </w:p>
    <w:p>
      <w:r>
        <w:t>Bedrijven doen er goed aan om luchttechniek vroeg mee te nemen bij ontwerp, renovatie of aanpassing van een productieomgeving. Zo worden veiligheidsrisico’s beter beheerst en kunnen installaties efficiënter worden ingericht.</w:t>
      </w:r>
    </w:p>
    <w:p>
      <w:pPr>
        <w:pStyle w:val="Heading2"/>
      </w:pPr>
      <w:r>
        <w:t>Veiligheid begint bij passende luchttechniek</w:t>
      </w:r>
    </w:p>
    <w:p>
      <w:r>
        <w:t>In risicovolle bedrijfsomgevingen is ventilatie een essentieel onderdeel van veiligheid. De juiste luchttechnische oplossing helpt om gevaarlijke concentraties te beperken en processen verantwoord te ondersteunen.</w:t>
      </w:r>
    </w:p>
    <w:p>
      <w:r>
        <w:t>ATEX ventilatoren spelen daarin een belangrijke rol wanneer er sprake kan zijn van explosieve atmosferen. Door zorgvuldig te kijken naar risico’s, regelgeving, installatieontwerp en onderhoud ontstaat een veiligere en betrouwbaardere werkomgeving.</w:t>
      </w:r>
    </w:p>
    <w:p>
      <w:r>
        <w:br w:type="page"/>
      </w:r>
    </w:p>
    <w:p>
      <w:pPr>
        <w:pStyle w:val="Heading1"/>
      </w:pPr>
      <w:r>
        <w:t>Blog5</w:t>
      </w:r>
    </w:p>
    <w:p>
      <w:r>
        <w:rPr>
          <w:b/>
        </w:rPr>
        <w:t xml:space="preserve">Website: </w:t>
      </w:r>
      <w:hyperlink r:id="rId11">
        <w:r>
          <w:rPr>
            <w:color w:val="0563C1"/>
            <w:u w:val="single"/>
          </w:rPr>
          <w:t>https://www.uwbeste.nl/</w:t>
        </w:r>
      </w:hyperlink>
    </w:p>
    <w:p>
      <w:r>
        <w:rPr>
          <w:b/>
        </w:rPr>
        <w:t xml:space="preserve">Stockfoto: </w:t>
      </w:r>
      <w:hyperlink r:id="rId15">
        <w:r>
          <w:rPr>
            <w:color w:val="0563C1"/>
            <w:u w:val="single"/>
          </w:rPr>
          <w:t>https://www.pexels.com/photo/transparent-lift-modern-elevator-in-a-building-5209521/</w:t>
        </w:r>
      </w:hyperlink>
    </w:p>
    <w:p>
      <w:r>
        <w:rPr>
          <w:b/>
        </w:rPr>
        <w:t>TEKST</w:t>
      </w:r>
    </w:p>
    <w:p>
      <w:pPr>
        <w:pStyle w:val="Heading1"/>
      </w:pPr>
      <w:r>
        <w:t>Wanneer is modernisatie van een lift verstandiger dan volledige vervanging?</w:t>
      </w:r>
    </w:p>
    <w:p>
      <w:r>
        <w:t>Een lift is voor veel gebouwen onmisbaar. Medewerkers, bewoners, bezoekers en leveranciers rekenen erop dat zij zich veilig en comfortabel kunnen verplaatsen. Toch verouderen liften na verloop van tijd. Onderdelen slijten, storingen komen vaker voor en de techniek sluit niet altijd meer aan op de eisen van vandaag. In zulke situaties kan modernisatie lift een verstandige oplossing zijn.</w:t>
      </w:r>
    </w:p>
    <w:p>
      <w:r>
        <w:t>Niet iedere verouderde lift hoeft volledig te worden vervangen. Soms is het efficiënter om onderdelen te vernieuwen, de besturing te verbeteren of het comfort te verhogen. Voor gebouweigenaren, VvE’s en bedrijven is het belangrijk om te weten wanneer modernisering logisch is en welke voordelen dit kan opleveren.</w:t>
      </w:r>
    </w:p>
    <w:p>
      <w:pPr>
        <w:pStyle w:val="Heading2"/>
      </w:pPr>
      <w:r>
        <w:t>Signalen dat een lift verouderd raakt</w:t>
      </w:r>
    </w:p>
    <w:p>
      <w:r>
        <w:t>Een lift hoeft niet stil te staan om verouderd te zijn. Vaak zijn er al eerder signalen dat de installatie aandacht nodig heeft. Denk aan langere wachttijden, schokkerig bewegen, deuren die traag openen of sluiten, storingsmeldingen of onderdelen die moeilijker leverbaar worden.</w:t>
      </w:r>
    </w:p>
    <w:p>
      <w:r>
        <w:t>Ook gebruikerservaring speelt een rol. Een lift die technisch nog werkt, kan toch niet meer prettig aanvoelen. Geluid, trillingen, slechte verlichting of een gedateerde cabine beïnvloeden de indruk die een gebouw maakt.</w:t>
      </w:r>
    </w:p>
    <w:p>
      <w:r>
        <w:t>Veelvoorkomende signalen zijn:</w:t>
      </w:r>
    </w:p>
    <w:p>
      <w:pPr>
        <w:pStyle w:val="ListBullet"/>
      </w:pPr>
      <w:r>
        <w:t>terugkerende storingen;</w:t>
      </w:r>
    </w:p>
    <w:p>
      <w:pPr>
        <w:pStyle w:val="ListBullet"/>
      </w:pPr>
      <w:r>
        <w:t>langere stilstand bij reparaties;</w:t>
      </w:r>
    </w:p>
    <w:p>
      <w:pPr>
        <w:pStyle w:val="ListBullet"/>
      </w:pPr>
      <w:r>
        <w:t>onderdelen die moeilijk verkrijgbaar zijn;</w:t>
      </w:r>
    </w:p>
    <w:p>
      <w:pPr>
        <w:pStyle w:val="ListBullet"/>
      </w:pPr>
      <w:r>
        <w:t>oncomfortabele rit;</w:t>
      </w:r>
    </w:p>
    <w:p>
      <w:pPr>
        <w:pStyle w:val="ListBullet"/>
      </w:pPr>
      <w:r>
        <w:t>hoog energieverbruik;</w:t>
      </w:r>
    </w:p>
    <w:p>
      <w:pPr>
        <w:pStyle w:val="ListBullet"/>
      </w:pPr>
      <w:r>
        <w:t>verouderde bediening;</w:t>
      </w:r>
    </w:p>
    <w:p>
      <w:pPr>
        <w:pStyle w:val="ListBullet"/>
      </w:pPr>
      <w:r>
        <w:t>beperkte toegankelijkheid;</w:t>
      </w:r>
    </w:p>
    <w:p>
      <w:pPr>
        <w:pStyle w:val="ListBullet"/>
      </w:pPr>
      <w:r>
        <w:t>gedateerde uitstraling van de cabine.</w:t>
      </w:r>
    </w:p>
    <w:p>
      <w:r>
        <w:t>Wanneer meerdere signalen tegelijk optreden, is het verstandig om de staat van de lift grondig te laten beoordelen.</w:t>
      </w:r>
    </w:p>
    <w:p>
      <w:pPr>
        <w:pStyle w:val="Heading2"/>
      </w:pPr>
      <w:r>
        <w:t>Moderniseren in plaats van vervangen</w:t>
      </w:r>
    </w:p>
    <w:p>
      <w:r>
        <w:t>Volledige vervanging van een lift is ingrijpend. Het kost tijd, vraagt om planning en kan veel overlast veroorzaken voor gebruikers van het gebouw. Bij modernisatie worden specifieke onderdelen vernieuwd terwijl de bestaande liftinstallatie deels behouden blijft.</w:t>
      </w:r>
    </w:p>
    <w:p>
      <w:r>
        <w:t>Modernisatie lift kan betrekking hebben op de besturing, aandrijving, deuren, cabine, verlichting, bediening of veiligheidsvoorzieningen. De exacte aanpak hangt af van de leeftijd, staat en technische opbouw van de lift.</w:t>
      </w:r>
    </w:p>
    <w:p>
      <w:r>
        <w:t>Het voordeel is dat gericht kan worden verbeterd waar dat nodig is. Een lift kan veiliger, stiller, energiezuiniger en comfortabeler worden zonder dat de hele installatie wordt vervangen.</w:t>
      </w:r>
    </w:p>
    <w:p>
      <w:pPr>
        <w:pStyle w:val="Heading2"/>
      </w:pPr>
      <w:r>
        <w:t>Veiligheid en betrouwbaarheid</w:t>
      </w:r>
    </w:p>
    <w:p>
      <w:r>
        <w:t>Veiligheid is de belangrijkste reden om een lift goed te onderhouden en tijdig te moderniseren. Liften zijn technische installaties met meerdere beveiligingssystemen. Wanneer onderdelen verouderen, kan dat invloed hebben op de betrouwbaarheid.</w:t>
      </w:r>
    </w:p>
    <w:p>
      <w:r>
        <w:t>Modernisering kan helpen om de lift weer beter te laten voldoen aan actuele verwachtingen op het gebied van veiligheid en gebruiksgemak. Denk aan nauwkeuriger stoppen op vloerniveau, betere deurbeveiliging, noodcommunicatie of modernere besturing.</w:t>
      </w:r>
    </w:p>
    <w:p>
      <w:r>
        <w:t>Voor gebouwen waar veel mensen afhankelijk zijn van de lift, is betrouwbaarheid essentieel. Een lift die regelmatig buiten gebruik is, veroorzaakt overlast en kan de toegankelijkheid van het pand beperken.</w:t>
      </w:r>
    </w:p>
    <w:p>
      <w:pPr>
        <w:pStyle w:val="Heading2"/>
      </w:pPr>
      <w:r>
        <w:t>Comfort voor gebruikers</w:t>
      </w:r>
    </w:p>
    <w:p>
      <w:r>
        <w:t>Gebruikers merken modernisering vaak direct. Een soepelere rit, stillere werking, betere verlichting en duidelijke bediening maken de lift prettiger in gebruik. Ook de uitstraling van de cabine kan worden verbeterd, zodat deze beter past bij het gebouw.</w:t>
      </w:r>
    </w:p>
    <w:p>
      <w:r>
        <w:t>In kantoren, zorglocaties, appartementencomplexen en openbare gebouwen draagt een nette en betrouwbare lift bij aan de algemene indruk. Bezoekers of bewoners beoordelen een gebouw niet alleen op de entree, maar ook op voorzieningen zoals de lift.</w:t>
      </w:r>
    </w:p>
    <w:p>
      <w:r>
        <w:t>Liftservice Totaal houdt zich bezig met liftonderhoud, reparatie en modernisering. Bij liftmodernisering is het belangrijk om zowel naar techniek als naar gebruikerservaring te kijken. Een lift moet veilig en betrouwbaar zijn, maar ook prettig en duidelijk te gebruiken.</w:t>
      </w:r>
    </w:p>
    <w:p>
      <w:pPr>
        <w:pStyle w:val="Heading2"/>
      </w:pPr>
      <w:r>
        <w:t>Energieverbruik en duurzaamheid</w:t>
      </w:r>
    </w:p>
    <w:p>
      <w:r>
        <w:t>Oudere liften kunnen meer energie gebruiken dan nodig. Moderne aandrijvingen, verlichting en besturingstechniek kunnen bijdragen aan een efficiënter energieverbruik. Dat is vooral relevant in gebouwen waar de lift dagelijks intensief wordt gebruikt.</w:t>
      </w:r>
    </w:p>
    <w:p>
      <w:r>
        <w:t>Ledverlichting, stand-by functies en efficiëntere motoren kunnen onderdeel zijn van een moderniseringsplan. Hoewel energiebesparing niet altijd de enige reden is om te moderniseren, kan het wel bijdragen aan lagere gebruikskosten en een duurzamer gebouwbeheer.</w:t>
      </w:r>
    </w:p>
    <w:p>
      <w:r>
        <w:t>Voor gebouweigenaren kan dit interessant zijn, zeker wanneer ook andere installaties in het pand worden verduurzaamd.</w:t>
      </w:r>
    </w:p>
    <w:p>
      <w:pPr>
        <w:pStyle w:val="Heading2"/>
      </w:pPr>
      <w:r>
        <w:t>Planning en communicatie</w:t>
      </w:r>
    </w:p>
    <w:p>
      <w:r>
        <w:t>Een liftmodernisering vraagt om goede planning. Tijdens werkzaamheden kan de lift tijdelijk buiten gebruik zijn. In gebouwen met meerdere verdiepingen moet daarom tijdig worden nagedacht over toegankelijkheid, communicatie met gebruikers en fasering van het werk.</w:t>
      </w:r>
    </w:p>
    <w:p>
      <w:r>
        <w:t>Voor VvE’s, bedrijven en beheerders is duidelijke communicatie belangrijk. Bewoners, medewerkers of huurders moeten weten wanneer werkzaamheden plaatsvinden en welke alternatieven er zijn. Een goed voorbereid traject voorkomt onnodige frustratie.</w:t>
      </w:r>
    </w:p>
    <w:p>
      <w:r>
        <w:t>Ook de technische voorbereiding is belangrijk. Door vooraf een duidelijke inspectie uit te voeren, kan worden bepaald welke onderdelen moeten worden vernieuwd en welke nog bruikbaar zijn.</w:t>
      </w:r>
    </w:p>
    <w:p>
      <w:pPr>
        <w:pStyle w:val="Heading2"/>
      </w:pPr>
      <w:r>
        <w:t>Een toekomstbestendige liftinstallatie</w:t>
      </w:r>
    </w:p>
    <w:p>
      <w:r>
        <w:t>Een lift is een langetermijnvoorziening. Door tijdig te moderniseren, kan de levensduur van de installatie worden verlengd en blijft het gebouw beter toegankelijk. Dat voorkomt dat problemen zich opstapelen en er uiteindelijk alleen nog volledige vervanging mogelijk is.</w:t>
      </w:r>
    </w:p>
    <w:p>
      <w:r>
        <w:t>Modernisatie lift is vooral interessant wanneer de basis van de installatie nog goed is, maar onderdelen verouderd zijn of het gebruikscomfort achterblijft. Met gerichte verbeteringen kan een lift weer voldoen aan de eisen van dagelijks gebruik.</w:t>
      </w:r>
    </w:p>
    <w:p>
      <w:pPr>
        <w:pStyle w:val="Heading2"/>
      </w:pPr>
      <w:r>
        <w:t>Slim investeren in toegankelijkheid</w:t>
      </w:r>
    </w:p>
    <w:p>
      <w:r>
        <w:t>Een goed werkende lift draagt bij aan veiligheid, comfort en toegankelijkheid. Wanneer een lift veroudert, is volledige vervanging niet altijd de enige optie. Modernisering kan een praktische en kostenefficiënte manier zijn om de installatie klaar te maken voor de komende jaren.</w:t>
      </w:r>
    </w:p>
    <w:p>
      <w:r>
        <w:t>Voor gebouweigenaren en beheerders is het verstandig om niet te wachten tot storingen zich opstapelen. Door tijdig te kijken naar modernisering blijft de lift betrouwbaarder, prettiger in gebruik en beter afgestemd op de verwachtingen van moderne gebruikers.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switsjkinderkleding.nl/" TargetMode="External"/><Relationship Id="rId10" Type="http://schemas.openxmlformats.org/officeDocument/2006/relationships/hyperlink" Target="https://www.pexels.com/search/kids%20soccer%20training/" TargetMode="External"/><Relationship Id="rId11" Type="http://schemas.openxmlformats.org/officeDocument/2006/relationships/hyperlink" Target="https://www.uwbeste.nl/" TargetMode="External"/><Relationship Id="rId12" Type="http://schemas.openxmlformats.org/officeDocument/2006/relationships/hyperlink" Target="https://www.pexels.com/search/office%20with%20glass%20walls/" TargetMode="External"/><Relationship Id="rId13" Type="http://schemas.openxmlformats.org/officeDocument/2006/relationships/hyperlink" Target="https://www.pexels.com/search/facilities%20management%20office/" TargetMode="External"/><Relationship Id="rId14" Type="http://schemas.openxmlformats.org/officeDocument/2006/relationships/hyperlink" Target="https://www.pexels.com/search/industrial%20fan/" TargetMode="External"/><Relationship Id="rId15" Type="http://schemas.openxmlformats.org/officeDocument/2006/relationships/hyperlink" Target="https://www.pexels.com/photo/transparent-lift-modern-elevator-in-a-building-5209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